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jc w:val="right"/>
        <w:bidi w:val="1"/>
      </w:pPr>
      <w:r>
        <w:rPr>
          <w:rFonts w:ascii="Arial" w:hAnsi="Arial"/>
          <w:b w:val="0"/>
          <w:color w:val="233A4E"/>
          <w:sz w:val="16"/>
          <w:rtl w:val="1"/>
          <w:szCs w:val="16"/>
        </w:rPr>
        <w:t>בס״ד</w:t>
      </w:r>
    </w:p>
    <w:p>
      <w:pPr>
        <w:spacing w:after="80" w:before="0"/>
        <w:jc w:val="right"/>
        <w:bidi w:val="1"/>
      </w:pPr>
      <w:r>
        <w:rPr>
          <w:rFonts w:ascii="Arial" w:hAnsi="Arial"/>
          <w:b/>
          <w:color w:val="233A4E"/>
          <w:sz w:val="40"/>
          <w:rtl w:val="1"/>
          <w:szCs w:val="40"/>
          <w:bCs/>
        </w:rPr>
        <w:t>שאלון אבחון עצמי על פי מידות האושפיזין</w:t>
      </w:r>
    </w:p>
    <w:p>
      <w:pPr>
        <w:spacing w:after="0" w:before="0"/>
        <w:jc w:val="right"/>
        <w:bidi w:val="1"/>
      </w:pPr>
      <w:r>
        <w:rPr>
          <w:rFonts w:ascii="Arial" w:hAnsi="Arial"/>
          <w:b w:val="0"/>
          <w:color w:val="233A4E"/>
          <w:sz w:val="18"/>
          <w:rtl w:val="1"/>
          <w:szCs w:val="18"/>
        </w:rPr>
        <w:t>שאלון זה נועד לסייע לך להבין טוב יותר את המידות הקיימות בך ואת המקום שבו יש לך אפשרות להשתפר, בהתאם לספירות הקבליות והאושפיזין המסורתיים. ענה על כל שאלה בכנות ובשיקול דעת. לאחר המילוי, נסה לחשוב על דרכים לשפר את מידותיך בהתאם לתשובותיך.</w:t>
      </w:r>
    </w:p>
    <w:p>
      <w:pPr>
        <w:spacing w:after="100" w:before="80"/>
        <w:jc w:val="right"/>
        <w:bidi w:val="1"/>
      </w:pPr>
      <w:r>
        <w:rPr>
          <w:rFonts w:ascii="Arial" w:hAnsi="Arial"/>
          <w:b/>
          <w:color w:val="233A4E"/>
          <w:sz w:val="18"/>
          <w:rtl w:val="1"/>
          <w:szCs w:val="18"/>
          <w:bCs/>
        </w:rPr>
        <w:t>שם: ____________________    תאריך: ______________    סמנו מספר אחד בכל שאלה: 1, 2, 3, 4 או 5.</w:t>
      </w:r>
    </w:p>
    <w:tbl>
      <w:tblPr>
        <w:tblW w:type="auto" w:w="0"/>
        <w:jc w:val="center"/>
        <w:tblLayout w:type="fixed"/>
        <w:tblLook w:firstColumn="1" w:firstRow="1" w:lastColumn="0" w:lastRow="0" w:noHBand="0" w:noVBand="1" w:val="04A0"/>
        <w:bidiVisual/>
        <w:tblCellMar>
          <w:top w:w="22" w:type="dxa"/>
          <w:bottom w:w="22" w:type="dxa"/>
          <w:left w:w="55" w:type="dxa"/>
          <w:right w:w="55" w:type="dxa"/>
        </w:tblCellMar>
        <w:tblBorders>
          <w:top w:val="single" w:sz="3" w:color="DCE6EB"/>
          <w:left w:val="single" w:sz="3" w:color="DCE6EB"/>
          <w:bottom w:val="single" w:sz="3" w:color="DCE6EB"/>
          <w:right w:val="single" w:sz="3" w:color="DCE6EB"/>
          <w:insideH w:val="single" w:sz="3" w:color="DCE6EB"/>
          <w:insideV w:val="single" w:sz="3" w:color="DCE6EB"/>
        </w:tblBorders>
      </w:tblPr>
      <w:tblGrid>
        <w:gridCol w:w="8220"/>
        <w:gridCol w:w="454"/>
        <w:gridCol w:w="454"/>
        <w:gridCol w:w="454"/>
        <w:gridCol w:w="454"/>
        <w:gridCol w:w="454"/>
      </w:tblGrid>
      <w:tr>
        <w:trPr>
          <w:cantSplit/>
        </w:trPr>
        <w:tc>
          <w:tcPr>
            <w:tcW w:type="dxa" w:w="10490"/>
            <w:gridSpan w:val="6"/>
            <w:vAlign w:val="center"/>
            <w:shd w:fill="E6F1F6"/>
          </w:tcPr>
          <w:p>
            <w:pPr>
              <w:spacing w:after="0" w:before="0"/>
              <w:jc w:val="right"/>
              <w:bidi w:val="1"/>
            </w:pPr>
            <w:r>
              <w:rPr>
                <w:rFonts w:ascii="Arial" w:hAnsi="Arial"/>
                <w:b/>
                <w:color w:val="233A4E"/>
                <w:sz w:val="21"/>
                <w:rtl w:val="1"/>
                <w:szCs w:val="21"/>
                <w:bCs/>
              </w:rPr>
              <w:t>1. חסד (אברהם אבינו)     |     ממוצע המידה: ______</w:t>
            </w:r>
          </w:p>
        </w:tc>
      </w:tr>
      <w:tr>
        <w:trPr>
          <w:cantSplit/>
        </w:trPr>
        <w:tc>
          <w:tcPr>
            <w:tcW w:type="dxa" w:w="8220"/>
            <w:vAlign w:val="center"/>
          </w:tcPr>
          <w:p>
            <w:pPr>
              <w:spacing w:after="0" w:before="0"/>
              <w:jc w:val="right"/>
              <w:bidi w:val="1"/>
            </w:pPr>
            <w:r>
              <w:rPr>
                <w:rFonts w:ascii="Arial" w:hAnsi="Arial"/>
                <w:b w:val="0"/>
                <w:color w:val="233A4E"/>
                <w:sz w:val="20"/>
                <w:rtl w:val="1"/>
                <w:szCs w:val="20"/>
              </w:rPr>
              <w:t>1. האם אני מרבה להעניק לזולת ללא תנאים?</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2. עד כמה אני משתדל לסייע למי שנמצא במצוקה?</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3. האם אני מצליח לעמוד בהבטחותיי לאחרים?</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4. האם אני משדר תחושות חיוביות לסביבה שלי?</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10490"/>
            <w:gridSpan w:val="6"/>
            <w:vAlign w:val="center"/>
            <w:shd w:fill="E6F1F6"/>
          </w:tcPr>
          <w:p>
            <w:pPr>
              <w:spacing w:after="0" w:before="0"/>
              <w:jc w:val="right"/>
              <w:bidi w:val="1"/>
            </w:pPr>
            <w:r>
              <w:rPr>
                <w:rFonts w:ascii="Arial" w:hAnsi="Arial"/>
                <w:b/>
                <w:color w:val="233A4E"/>
                <w:sz w:val="21"/>
                <w:rtl w:val="1"/>
                <w:szCs w:val="21"/>
                <w:bCs/>
              </w:rPr>
              <w:t>2. גבורה (יצחק אבינו)     |     ממוצע המידה: ______</w:t>
            </w:r>
          </w:p>
        </w:tc>
      </w:tr>
      <w:tr>
        <w:trPr>
          <w:cantSplit/>
        </w:trPr>
        <w:tc>
          <w:tcPr>
            <w:tcW w:type="dxa" w:w="8220"/>
            <w:vAlign w:val="center"/>
          </w:tcPr>
          <w:p>
            <w:pPr>
              <w:spacing w:after="0" w:before="0"/>
              <w:jc w:val="right"/>
              <w:bidi w:val="1"/>
            </w:pPr>
            <w:r>
              <w:rPr>
                <w:rFonts w:ascii="Arial" w:hAnsi="Arial"/>
                <w:b w:val="0"/>
                <w:color w:val="233A4E"/>
                <w:sz w:val="20"/>
                <w:rtl w:val="1"/>
                <w:szCs w:val="20"/>
              </w:rPr>
              <w:t>5. האם אני עומד באתגרים שגורמים לי לצאת מאזור הנוחות שלי?</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6. האם אני מצליח לשמור על עמידות בעת קשיים?</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7. עד כמה אני נשאר נאמן לערכיי בזמן מצוקה?</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8. האם אני מחפש דרכים להתגבר על פחדים שלי?</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10490"/>
            <w:gridSpan w:val="6"/>
            <w:vAlign w:val="center"/>
            <w:shd w:fill="E6F1F6"/>
          </w:tcPr>
          <w:p>
            <w:pPr>
              <w:spacing w:after="0" w:before="0"/>
              <w:jc w:val="right"/>
              <w:bidi w:val="1"/>
            </w:pPr>
            <w:r>
              <w:rPr>
                <w:rFonts w:ascii="Arial" w:hAnsi="Arial"/>
                <w:b/>
                <w:color w:val="233A4E"/>
                <w:sz w:val="21"/>
                <w:rtl w:val="1"/>
                <w:szCs w:val="21"/>
                <w:bCs/>
              </w:rPr>
              <w:t>3. תפארת (יעקב אבינו)     |     ממוצע המידה: ______</w:t>
            </w:r>
          </w:p>
        </w:tc>
      </w:tr>
      <w:tr>
        <w:trPr>
          <w:cantSplit/>
        </w:trPr>
        <w:tc>
          <w:tcPr>
            <w:tcW w:type="dxa" w:w="8220"/>
            <w:vAlign w:val="center"/>
          </w:tcPr>
          <w:p>
            <w:pPr>
              <w:spacing w:after="0" w:before="0"/>
              <w:jc w:val="right"/>
              <w:bidi w:val="1"/>
            </w:pPr>
            <w:r>
              <w:rPr>
                <w:rFonts w:ascii="Arial" w:hAnsi="Arial"/>
                <w:b w:val="0"/>
                <w:color w:val="233A4E"/>
                <w:sz w:val="20"/>
                <w:rtl w:val="1"/>
                <w:szCs w:val="20"/>
              </w:rPr>
              <w:t>9. האם אני מצליח לשלב בין צדדים שונים באישיותי?</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10. האם אני מחפש איזון בין חומר ורוח?</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11. האם אני שואף להשגת מטרות שאני רוצה?</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12. עד כמה אני שמח כשאני זוכה להצלחות?</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10490"/>
            <w:gridSpan w:val="6"/>
            <w:vAlign w:val="center"/>
            <w:shd w:fill="E6F1F6"/>
          </w:tcPr>
          <w:p>
            <w:pPr>
              <w:spacing w:after="0" w:before="0"/>
              <w:jc w:val="right"/>
              <w:bidi w:val="1"/>
            </w:pPr>
            <w:r>
              <w:rPr>
                <w:rFonts w:ascii="Arial" w:hAnsi="Arial"/>
                <w:b/>
                <w:color w:val="233A4E"/>
                <w:sz w:val="21"/>
                <w:rtl w:val="1"/>
                <w:szCs w:val="21"/>
                <w:bCs/>
              </w:rPr>
              <w:t>4. נצח (משה רבנו)     |     ממוצע המידה: ______</w:t>
            </w:r>
          </w:p>
        </w:tc>
      </w:tr>
      <w:tr>
        <w:trPr>
          <w:cantSplit/>
        </w:trPr>
        <w:tc>
          <w:tcPr>
            <w:tcW w:type="dxa" w:w="8220"/>
            <w:vAlign w:val="center"/>
          </w:tcPr>
          <w:p>
            <w:pPr>
              <w:spacing w:after="0" w:before="0"/>
              <w:jc w:val="right"/>
              <w:bidi w:val="1"/>
            </w:pPr>
            <w:r>
              <w:rPr>
                <w:rFonts w:ascii="Arial" w:hAnsi="Arial"/>
                <w:b w:val="0"/>
                <w:color w:val="233A4E"/>
                <w:sz w:val="20"/>
                <w:rtl w:val="1"/>
                <w:szCs w:val="20"/>
              </w:rPr>
              <w:t>13. האם אני משקיע במטרות ארוכות טווח?</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14. האם אני מתמיד בצעדי שלי להשגת מטרותי?</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15. האם אני מתמיד בלמידה ופיתוח עצמי?</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16. האם אני מחפש דחיפה מהמטרות שלי?</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10490"/>
            <w:gridSpan w:val="6"/>
            <w:vAlign w:val="center"/>
            <w:shd w:fill="E6F1F6"/>
          </w:tcPr>
          <w:p>
            <w:pPr>
              <w:spacing w:after="0" w:before="0"/>
              <w:jc w:val="right"/>
              <w:bidi w:val="1"/>
            </w:pPr>
            <w:r>
              <w:rPr>
                <w:rFonts w:ascii="Arial" w:hAnsi="Arial"/>
                <w:b/>
                <w:color w:val="233A4E"/>
                <w:sz w:val="21"/>
                <w:rtl w:val="1"/>
                <w:szCs w:val="21"/>
                <w:bCs/>
              </w:rPr>
              <w:t>5. הוד (אהרון הכהן)     |     ממוצע המידה: ______</w:t>
            </w:r>
          </w:p>
        </w:tc>
      </w:tr>
      <w:tr>
        <w:trPr>
          <w:cantSplit/>
        </w:trPr>
        <w:tc>
          <w:tcPr>
            <w:tcW w:type="dxa" w:w="8220"/>
            <w:vAlign w:val="center"/>
          </w:tcPr>
          <w:p>
            <w:pPr>
              <w:spacing w:after="0" w:before="0"/>
              <w:jc w:val="right"/>
              <w:bidi w:val="1"/>
            </w:pPr>
            <w:r>
              <w:rPr>
                <w:rFonts w:ascii="Arial" w:hAnsi="Arial"/>
                <w:b w:val="0"/>
                <w:color w:val="233A4E"/>
                <w:sz w:val="20"/>
                <w:rtl w:val="1"/>
                <w:szCs w:val="20"/>
              </w:rPr>
              <w:t>17. עד כמה אני מקשיב לאחרים?</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18. האם אני מוכן לסייע לאחרים באופן פעיל?</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19. האם אני מצליח ליצור קשרים בריאים עם אחרים?</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20. עד כמה אני פועל מתוך חמלה?</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10490"/>
            <w:gridSpan w:val="6"/>
            <w:vAlign w:val="center"/>
            <w:shd w:fill="E6F1F6"/>
          </w:tcPr>
          <w:p>
            <w:pPr>
              <w:spacing w:after="0" w:before="0"/>
              <w:jc w:val="right"/>
              <w:bidi w:val="1"/>
            </w:pPr>
            <w:r>
              <w:rPr>
                <w:rFonts w:ascii="Arial" w:hAnsi="Arial"/>
                <w:b/>
                <w:color w:val="233A4E"/>
                <w:sz w:val="21"/>
                <w:rtl w:val="1"/>
                <w:szCs w:val="21"/>
                <w:bCs/>
              </w:rPr>
              <w:t>6. יסוד (יוסף הצדיק)     |     ממוצע המידה: ______</w:t>
            </w:r>
          </w:p>
        </w:tc>
      </w:tr>
      <w:tr>
        <w:trPr>
          <w:cantSplit/>
        </w:trPr>
        <w:tc>
          <w:tcPr>
            <w:tcW w:type="dxa" w:w="8220"/>
            <w:vAlign w:val="center"/>
          </w:tcPr>
          <w:p>
            <w:pPr>
              <w:spacing w:after="0" w:before="0"/>
              <w:jc w:val="right"/>
              <w:bidi w:val="1"/>
            </w:pPr>
            <w:r>
              <w:rPr>
                <w:rFonts w:ascii="Arial" w:hAnsi="Arial"/>
                <w:b w:val="0"/>
                <w:color w:val="233A4E"/>
                <w:sz w:val="20"/>
                <w:rtl w:val="1"/>
                <w:szCs w:val="20"/>
              </w:rPr>
              <w:t>21. האם אני מצליח להחזיק במקצועיות ובאחריות אישית?</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22. עד כמה אני מציב גבולות בריאים עם אחרים?</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23. האם אני מצליח לאזן בין הרגשות שלי להיגיון?</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24. האם אני מחפש דרכים לבטא את עצמי בצורה כנה?</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10490"/>
            <w:gridSpan w:val="6"/>
            <w:vAlign w:val="center"/>
            <w:shd w:fill="E6F1F6"/>
          </w:tcPr>
          <w:p>
            <w:pPr>
              <w:spacing w:after="0" w:before="0"/>
              <w:jc w:val="right"/>
              <w:bidi w:val="1"/>
            </w:pPr>
            <w:r>
              <w:rPr>
                <w:rFonts w:ascii="Arial" w:hAnsi="Arial"/>
                <w:b/>
                <w:color w:val="233A4E"/>
                <w:sz w:val="21"/>
                <w:rtl w:val="1"/>
                <w:szCs w:val="21"/>
                <w:bCs/>
              </w:rPr>
              <w:t>7. מלכות (דוד המלך)     |     ממוצע המידה: ______</w:t>
            </w:r>
          </w:p>
        </w:tc>
      </w:tr>
      <w:tr>
        <w:trPr>
          <w:cantSplit/>
        </w:trPr>
        <w:tc>
          <w:tcPr>
            <w:tcW w:type="dxa" w:w="8220"/>
            <w:vAlign w:val="center"/>
          </w:tcPr>
          <w:p>
            <w:pPr>
              <w:spacing w:after="0" w:before="0"/>
              <w:jc w:val="right"/>
              <w:bidi w:val="1"/>
            </w:pPr>
            <w:r>
              <w:rPr>
                <w:rFonts w:ascii="Arial" w:hAnsi="Arial"/>
                <w:b w:val="0"/>
                <w:color w:val="233A4E"/>
                <w:sz w:val="20"/>
                <w:rtl w:val="1"/>
                <w:szCs w:val="20"/>
              </w:rPr>
              <w:t>25. האם אני מקבל את תפקידי בחיים בצורה חיובית?</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26. עד כמה אני מצליח להשפיע על הסביבה שלי בצורה חיובית?</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27. האם אני משתף פעולה עם אחרים בצורה חיובית?</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r>
        <w:trPr>
          <w:cantSplit/>
        </w:trPr>
        <w:tc>
          <w:tcPr>
            <w:tcW w:type="dxa" w:w="8220"/>
            <w:vAlign w:val="center"/>
          </w:tcPr>
          <w:p>
            <w:pPr>
              <w:spacing w:after="0" w:before="0"/>
              <w:jc w:val="right"/>
              <w:bidi w:val="1"/>
            </w:pPr>
            <w:r>
              <w:rPr>
                <w:rFonts w:ascii="Arial" w:hAnsi="Arial"/>
                <w:b w:val="0"/>
                <w:color w:val="233A4E"/>
                <w:sz w:val="20"/>
                <w:rtl w:val="1"/>
                <w:szCs w:val="20"/>
              </w:rPr>
              <w:t>28. עד כמה אני בוטח באחרים ובסביבה שלי?</w:t>
            </w:r>
          </w:p>
        </w:tc>
        <w:tc>
          <w:tcPr>
            <w:tcW w:type="dxa" w:w="454"/>
            <w:vAlign w:val="center"/>
          </w:tcPr>
          <w:p>
            <w:pPr>
              <w:spacing w:after="0" w:before="0"/>
              <w:jc w:val="center"/>
              <w:bidi w:val="1"/>
            </w:pPr>
            <w:r>
              <w:rPr>
                <w:rFonts w:ascii="Arial" w:hAnsi="Arial"/>
                <w:b w:val="0"/>
                <w:color w:val="233A4E"/>
                <w:sz w:val="22"/>
                <w:rtl w:val="1"/>
                <w:szCs w:val="22"/>
              </w:rPr>
              <w:t>1</w:t>
            </w:r>
          </w:p>
        </w:tc>
        <w:tc>
          <w:tcPr>
            <w:tcW w:type="dxa" w:w="454"/>
            <w:vAlign w:val="center"/>
          </w:tcPr>
          <w:p>
            <w:pPr>
              <w:spacing w:after="0" w:before="0"/>
              <w:jc w:val="center"/>
              <w:bidi w:val="1"/>
            </w:pPr>
            <w:r>
              <w:rPr>
                <w:rFonts w:ascii="Arial" w:hAnsi="Arial"/>
                <w:b w:val="0"/>
                <w:color w:val="233A4E"/>
                <w:sz w:val="22"/>
                <w:rtl w:val="1"/>
                <w:szCs w:val="22"/>
              </w:rPr>
              <w:t>2</w:t>
            </w:r>
          </w:p>
        </w:tc>
        <w:tc>
          <w:tcPr>
            <w:tcW w:type="dxa" w:w="454"/>
            <w:vAlign w:val="center"/>
          </w:tcPr>
          <w:p>
            <w:pPr>
              <w:spacing w:after="0" w:before="0"/>
              <w:jc w:val="center"/>
              <w:bidi w:val="1"/>
            </w:pPr>
            <w:r>
              <w:rPr>
                <w:rFonts w:ascii="Arial" w:hAnsi="Arial"/>
                <w:b w:val="0"/>
                <w:color w:val="233A4E"/>
                <w:sz w:val="22"/>
                <w:rtl w:val="1"/>
                <w:szCs w:val="22"/>
              </w:rPr>
              <w:t>3</w:t>
            </w:r>
          </w:p>
        </w:tc>
        <w:tc>
          <w:tcPr>
            <w:tcW w:type="dxa" w:w="454"/>
            <w:vAlign w:val="center"/>
          </w:tcPr>
          <w:p>
            <w:pPr>
              <w:spacing w:after="0" w:before="0"/>
              <w:jc w:val="center"/>
              <w:bidi w:val="1"/>
            </w:pPr>
            <w:r>
              <w:rPr>
                <w:rFonts w:ascii="Arial" w:hAnsi="Arial"/>
                <w:b w:val="0"/>
                <w:color w:val="233A4E"/>
                <w:sz w:val="22"/>
                <w:rtl w:val="1"/>
                <w:szCs w:val="22"/>
              </w:rPr>
              <w:t>4</w:t>
            </w:r>
          </w:p>
        </w:tc>
        <w:tc>
          <w:tcPr>
            <w:tcW w:type="dxa" w:w="454"/>
            <w:vAlign w:val="center"/>
          </w:tcPr>
          <w:p>
            <w:pPr>
              <w:spacing w:after="0" w:before="0"/>
              <w:jc w:val="center"/>
              <w:bidi w:val="1"/>
            </w:pPr>
            <w:r>
              <w:rPr>
                <w:rFonts w:ascii="Arial" w:hAnsi="Arial"/>
                <w:b w:val="0"/>
                <w:color w:val="233A4E"/>
                <w:sz w:val="22"/>
                <w:rtl w:val="1"/>
                <w:szCs w:val="22"/>
              </w:rPr>
              <w:t>5</w:t>
            </w:r>
          </w:p>
        </w:tc>
      </w:tr>
    </w:tbl>
    <w:p>
      <w:pPr>
        <w:spacing w:after="40" w:before="120"/>
        <w:jc w:val="right"/>
        <w:bidi w:val="1"/>
      </w:pPr>
      <w:r>
        <w:rPr>
          <w:rFonts w:ascii="Arial" w:hAnsi="Arial"/>
          <w:b/>
          <w:color w:val="233A4E"/>
          <w:sz w:val="24"/>
          <w:rtl w:val="1"/>
          <w:szCs w:val="24"/>
          <w:bCs/>
        </w:rPr>
        <w:t>פיענוח התוצאות</w:t>
      </w:r>
    </w:p>
    <w:p>
      <w:pPr>
        <w:spacing w:after="0" w:before="0"/>
        <w:jc w:val="right"/>
        <w:bidi w:val="1"/>
      </w:pPr>
      <w:r>
        <w:rPr>
          <w:rFonts w:ascii="Arial" w:hAnsi="Arial"/>
          <w:b w:val="0"/>
          <w:color w:val="233A4E"/>
          <w:sz w:val="18"/>
          <w:rtl w:val="1"/>
          <w:szCs w:val="18"/>
        </w:rPr>
        <w:t>ממוצע לכל מידה: סכום הציונים בארבע שאלותיה ÷ מספר השאלות שנענו בה. ממוצע כללי: סכום כל הציונים ÷ מספר השאלות שנענו (28 במילוי מלא). חשבו לשתי ספרות אחרי הנקודה. ממוצע כללי: ______</w:t>
      </w:r>
    </w:p>
    <w:p>
      <w:pPr>
        <w:spacing w:after="0" w:before="0"/>
        <w:jc w:val="right"/>
        <w:bidi w:val="1"/>
      </w:pPr>
      <w:r>
        <w:rPr>
          <w:rFonts w:ascii="Arial" w:hAnsi="Arial"/>
          <w:b w:val="0"/>
          <w:color w:val="233A4E"/>
          <w:sz w:val="18"/>
          <w:rtl w:val="1"/>
          <w:szCs w:val="18"/>
        </w:rPr>
        <w:t>התיאור המילולי נקבע לפי הממוצע הכללי, בהתאם לטווחים הבאים:</w:t>
      </w:r>
    </w:p>
    <w:tbl>
      <w:tblPr>
        <w:tblW w:type="auto" w:w="0"/>
        <w:jc w:val="center"/>
        <w:tblLayout w:type="fixed"/>
        <w:tblLook w:firstColumn="1" w:firstRow="1" w:lastColumn="0" w:lastRow="0" w:noHBand="0" w:noVBand="1" w:val="04A0"/>
        <w:bidiVisual/>
        <w:tblCellMar>
          <w:top w:w="22" w:type="dxa"/>
          <w:bottom w:w="22" w:type="dxa"/>
          <w:left w:w="55" w:type="dxa"/>
          <w:right w:w="55" w:type="dxa"/>
        </w:tblCellMar>
        <w:tblBorders>
          <w:top w:val="single" w:sz="3" w:color="DCE6EB"/>
          <w:left w:val="single" w:sz="3" w:color="DCE6EB"/>
          <w:bottom w:val="single" w:sz="3" w:color="DCE6EB"/>
          <w:right w:val="single" w:sz="3" w:color="DCE6EB"/>
          <w:insideH w:val="single" w:sz="3" w:color="DCE6EB"/>
          <w:insideV w:val="single" w:sz="3" w:color="DCE6EB"/>
        </w:tblBorders>
      </w:tblPr>
      <w:tblGrid>
        <w:gridCol w:w="2041"/>
        <w:gridCol w:w="8447"/>
      </w:tblGrid>
      <w:tr>
        <w:trPr>
          <w:cantSplit/>
        </w:trPr>
        <w:tc>
          <w:tcPr>
            <w:tcW w:type="dxa" w:w="2041"/>
            <w:vAlign w:val="center"/>
            <w:shd w:fill="E6F1F6"/>
          </w:tcPr>
          <w:p>
            <w:pPr>
              <w:spacing w:after="0" w:before="0"/>
              <w:jc w:val="right"/>
              <w:bidi w:val="1"/>
            </w:pPr>
            <w:r>
              <w:rPr>
                <w:rFonts w:ascii="Arial" w:hAnsi="Arial"/>
                <w:b/>
                <w:color w:val="233A4E"/>
                <w:sz w:val="17"/>
                <w:rtl w:val="1"/>
                <w:szCs w:val="17"/>
                <w:bCs/>
              </w:rPr>
              <w:t>פחות מ־2</w:t>
            </w:r>
          </w:p>
        </w:tc>
        <w:tc>
          <w:tcPr>
            <w:tcW w:type="dxa" w:w="8447"/>
            <w:vAlign w:val="center"/>
          </w:tcPr>
          <w:p>
            <w:pPr>
              <w:spacing w:after="0" w:before="0"/>
              <w:jc w:val="right"/>
              <w:bidi w:val="1"/>
            </w:pPr>
            <w:r>
              <w:rPr>
                <w:rFonts w:ascii="Arial" w:hAnsi="Arial"/>
                <w:b w:val="0"/>
                <w:color w:val="233A4E"/>
                <w:sz w:val="18"/>
                <w:rtl w:val="1"/>
                <w:szCs w:val="18"/>
              </w:rPr>
              <w:t>יש לך מקום רב לשיפור במידות האושפיזין. נסה להתמקד בפיתוח כל אחת מהמידות בחיי היומיום שלך.</w:t>
            </w:r>
          </w:p>
        </w:tc>
      </w:tr>
      <w:tr>
        <w:trPr>
          <w:cantSplit/>
        </w:trPr>
        <w:tc>
          <w:tcPr>
            <w:tcW w:type="dxa" w:w="2041"/>
            <w:vAlign w:val="center"/>
            <w:shd w:fill="E6F1F6"/>
          </w:tcPr>
          <w:p>
            <w:pPr>
              <w:spacing w:after="0" w:before="0"/>
              <w:jc w:val="right"/>
              <w:bidi w:val="1"/>
            </w:pPr>
            <w:r>
              <w:rPr>
                <w:rFonts w:ascii="Arial" w:hAnsi="Arial"/>
                <w:b/>
                <w:color w:val="233A4E"/>
                <w:sz w:val="17"/>
                <w:rtl w:val="1"/>
                <w:szCs w:val="17"/>
                <w:bCs/>
              </w:rPr>
              <w:t>2 עד פחות מ־3.5</w:t>
            </w:r>
          </w:p>
        </w:tc>
        <w:tc>
          <w:tcPr>
            <w:tcW w:type="dxa" w:w="8447"/>
            <w:vAlign w:val="center"/>
          </w:tcPr>
          <w:p>
            <w:pPr>
              <w:spacing w:after="0" w:before="0"/>
              <w:jc w:val="right"/>
              <w:bidi w:val="1"/>
            </w:pPr>
            <w:r>
              <w:rPr>
                <w:rFonts w:ascii="Arial" w:hAnsi="Arial"/>
                <w:b w:val="0"/>
                <w:color w:val="233A4E"/>
                <w:sz w:val="18"/>
                <w:rtl w:val="1"/>
                <w:szCs w:val="18"/>
              </w:rPr>
              <w:t>אתה נמצא בדרך הנכונה, אך עדיין יש לך מקום להעמיק יותר בעבודת המידות. המשך להתבונן ולשפר את התנהגותך בהתאם לערכי האושپיזין.</w:t>
            </w:r>
          </w:p>
        </w:tc>
      </w:tr>
      <w:tr>
        <w:trPr>
          <w:cantSplit/>
        </w:trPr>
        <w:tc>
          <w:tcPr>
            <w:tcW w:type="dxa" w:w="2041"/>
            <w:vAlign w:val="center"/>
            <w:shd w:fill="E6F1F6"/>
          </w:tcPr>
          <w:p>
            <w:pPr>
              <w:spacing w:after="0" w:before="0"/>
              <w:jc w:val="right"/>
              <w:bidi w:val="1"/>
            </w:pPr>
            <w:r>
              <w:rPr>
                <w:rFonts w:ascii="Arial" w:hAnsi="Arial"/>
                <w:b/>
                <w:color w:val="233A4E"/>
                <w:sz w:val="17"/>
                <w:rtl w:val="1"/>
                <w:szCs w:val="17"/>
                <w:bCs/>
              </w:rPr>
              <w:t>3.5 עד פחות מ־4.5</w:t>
            </w:r>
          </w:p>
        </w:tc>
        <w:tc>
          <w:tcPr>
            <w:tcW w:type="dxa" w:w="8447"/>
            <w:vAlign w:val="center"/>
          </w:tcPr>
          <w:p>
            <w:pPr>
              <w:spacing w:after="0" w:before="0"/>
              <w:jc w:val="right"/>
              <w:bidi w:val="1"/>
            </w:pPr>
            <w:r>
              <w:rPr>
                <w:rFonts w:ascii="Arial" w:hAnsi="Arial"/>
                <w:b w:val="0"/>
                <w:color w:val="233A4E"/>
                <w:sz w:val="18"/>
                <w:rtl w:val="1"/>
                <w:szCs w:val="18"/>
              </w:rPr>
              <w:t>אתה מיישם היטב את מידות האושפיזין בחייך. המשך לחזק ולשכלל את המידות הללו ולהשפיע על סביבתך.</w:t>
            </w:r>
          </w:p>
        </w:tc>
      </w:tr>
      <w:tr>
        <w:trPr>
          <w:cantSplit/>
        </w:trPr>
        <w:tc>
          <w:tcPr>
            <w:tcW w:type="dxa" w:w="2041"/>
            <w:vAlign w:val="center"/>
            <w:shd w:fill="E6F1F6"/>
          </w:tcPr>
          <w:p>
            <w:pPr>
              <w:spacing w:after="0" w:before="0"/>
              <w:jc w:val="right"/>
              <w:bidi w:val="1"/>
            </w:pPr>
            <w:r>
              <w:rPr>
                <w:rFonts w:ascii="Arial" w:hAnsi="Arial"/>
                <w:b/>
                <w:color w:val="233A4E"/>
                <w:sz w:val="17"/>
                <w:rtl w:val="1"/>
                <w:szCs w:val="17"/>
                <w:bCs/>
              </w:rPr>
              <w:t>4.5 ומעלה</w:t>
            </w:r>
          </w:p>
        </w:tc>
        <w:tc>
          <w:tcPr>
            <w:tcW w:type="dxa" w:w="8447"/>
            <w:vAlign w:val="center"/>
          </w:tcPr>
          <w:p>
            <w:pPr>
              <w:spacing w:after="0" w:before="0"/>
              <w:jc w:val="right"/>
              <w:bidi w:val="1"/>
            </w:pPr>
            <w:r>
              <w:rPr>
                <w:rFonts w:ascii="Arial" w:hAnsi="Arial"/>
                <w:b w:val="0"/>
                <w:color w:val="233A4E"/>
                <w:sz w:val="18"/>
                <w:rtl w:val="1"/>
                <w:szCs w:val="18"/>
              </w:rPr>
              <w:t>אתה מצטיין ביישום מידות האושפיזין. שתף את חכמתך עם אחרים וסייע להם לפתח גם הם את המידות הללו.</w:t>
            </w:r>
          </w:p>
        </w:tc>
      </w:tr>
    </w:tbl>
    <w:p>
      <w:pPr>
        <w:spacing w:after="0" w:before="80"/>
        <w:jc w:val="center"/>
        <w:bidi w:val="1"/>
      </w:pPr>
      <w:r>
        <w:rPr>
          <w:rFonts w:ascii="Arial" w:hAnsi="Arial"/>
          <w:b w:val="0"/>
          <w:color w:val="6B634F"/>
          <w:sz w:val="16"/>
          <w:rtl w:val="1"/>
          <w:szCs w:val="16"/>
        </w:rPr>
        <w:t>מקור: "הסודות להצלחה שלך" | yoursuccesstoolbox.com</w:t>
      </w:r>
    </w:p>
    <w:sectPr w:rsidR="00FC693F" w:rsidRPr="0006063C" w:rsidSect="00034616">
      <w:pgSz w:w="11906" w:h="16838"/>
      <w:pgMar w:top="652" w:right="709" w:bottom="595" w:left="709" w:header="170" w:footer="227" w:gutter="0"/>
      <w:cols w:space="720"/>
      <w:docGrid w:linePitch="360"/>
      <w:pgBorders w:offsetFrom="page">
        <w:top w:val="single" w:sz="12" w:space="20" w:color="B79A56"/>
        <w:left w:val="single" w:sz="12" w:space="20" w:color="B79A56"/>
        <w:bottom w:val="single" w:sz="12" w:space="20" w:color="B79A56"/>
        <w:right w:val="single" w:sz="12" w:space="20" w:color="B79A56"/>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