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0692000" cy="756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00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75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r>
        <w:drawing>
          <wp:inline xmlns:a="http://schemas.openxmlformats.org/drawingml/2006/main" xmlns:pic="http://schemas.openxmlformats.org/drawingml/2006/picture">
            <wp:extent cx="10692000" cy="7560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01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75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r>
        <w:drawing>
          <wp:inline xmlns:a="http://schemas.openxmlformats.org/drawingml/2006/main" xmlns:pic="http://schemas.openxmlformats.org/drawingml/2006/picture">
            <wp:extent cx="10692000" cy="756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02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75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r>
        <w:drawing>
          <wp:inline xmlns:a="http://schemas.openxmlformats.org/drawingml/2006/main" xmlns:pic="http://schemas.openxmlformats.org/drawingml/2006/picture">
            <wp:extent cx="10692000" cy="7560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03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75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r>
        <w:drawing>
          <wp:inline xmlns:a="http://schemas.openxmlformats.org/drawingml/2006/main" xmlns:pic="http://schemas.openxmlformats.org/drawingml/2006/picture">
            <wp:extent cx="10692000" cy="7560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04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75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r>
        <w:drawing>
          <wp:inline xmlns:a="http://schemas.openxmlformats.org/drawingml/2006/main" xmlns:pic="http://schemas.openxmlformats.org/drawingml/2006/picture">
            <wp:extent cx="10692000" cy="7560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05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75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r>
        <w:drawing>
          <wp:inline xmlns:a="http://schemas.openxmlformats.org/drawingml/2006/main" xmlns:pic="http://schemas.openxmlformats.org/drawingml/2006/picture">
            <wp:extent cx="10692000" cy="7560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06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75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r>
        <w:drawing>
          <wp:inline xmlns:a="http://schemas.openxmlformats.org/drawingml/2006/main" xmlns:pic="http://schemas.openxmlformats.org/drawingml/2006/picture">
            <wp:extent cx="10692000" cy="7560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07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75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r>
        <w:drawing>
          <wp:inline xmlns:a="http://schemas.openxmlformats.org/drawingml/2006/main" xmlns:pic="http://schemas.openxmlformats.org/drawingml/2006/picture">
            <wp:extent cx="10692000" cy="7560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08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75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r>
        <w:drawing>
          <wp:inline xmlns:a="http://schemas.openxmlformats.org/drawingml/2006/main" xmlns:pic="http://schemas.openxmlformats.org/drawingml/2006/picture">
            <wp:extent cx="10692000" cy="7560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09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75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r>
        <w:drawing>
          <wp:inline xmlns:a="http://schemas.openxmlformats.org/drawingml/2006/main" xmlns:pic="http://schemas.openxmlformats.org/drawingml/2006/picture">
            <wp:extent cx="10692000" cy="7560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10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75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r>
        <w:drawing>
          <wp:inline xmlns:a="http://schemas.openxmlformats.org/drawingml/2006/main" xmlns:pic="http://schemas.openxmlformats.org/drawingml/2006/picture">
            <wp:extent cx="10692000" cy="7560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11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75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r>
        <w:drawing>
          <wp:inline xmlns:a="http://schemas.openxmlformats.org/drawingml/2006/main" xmlns:pic="http://schemas.openxmlformats.org/drawingml/2006/picture">
            <wp:extent cx="10692000" cy="7560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12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75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r>
        <w:drawing>
          <wp:inline xmlns:a="http://schemas.openxmlformats.org/drawingml/2006/main" xmlns:pic="http://schemas.openxmlformats.org/drawingml/2006/picture">
            <wp:extent cx="10692000" cy="7560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13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75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r>
        <w:drawing>
          <wp:inline xmlns:a="http://schemas.openxmlformats.org/drawingml/2006/main" xmlns:pic="http://schemas.openxmlformats.org/drawingml/2006/picture">
            <wp:extent cx="10692000" cy="7560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14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75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r>
        <w:drawing>
          <wp:inline xmlns:a="http://schemas.openxmlformats.org/drawingml/2006/main" xmlns:pic="http://schemas.openxmlformats.org/drawingml/2006/picture">
            <wp:extent cx="10692000" cy="7560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15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75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r>
        <w:drawing>
          <wp:inline xmlns:a="http://schemas.openxmlformats.org/drawingml/2006/main" xmlns:pic="http://schemas.openxmlformats.org/drawingml/2006/picture">
            <wp:extent cx="10692000" cy="7560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16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75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r>
        <w:drawing>
          <wp:inline xmlns:a="http://schemas.openxmlformats.org/drawingml/2006/main" xmlns:pic="http://schemas.openxmlformats.org/drawingml/2006/picture">
            <wp:extent cx="10692000" cy="7560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17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75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r>
        <w:drawing>
          <wp:inline xmlns:a="http://schemas.openxmlformats.org/drawingml/2006/main" xmlns:pic="http://schemas.openxmlformats.org/drawingml/2006/picture">
            <wp:extent cx="10692000" cy="75600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18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75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r>
        <w:drawing>
          <wp:inline xmlns:a="http://schemas.openxmlformats.org/drawingml/2006/main" xmlns:pic="http://schemas.openxmlformats.org/drawingml/2006/picture">
            <wp:extent cx="10692000" cy="756000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19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75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r>
        <w:drawing>
          <wp:inline xmlns:a="http://schemas.openxmlformats.org/drawingml/2006/main" xmlns:pic="http://schemas.openxmlformats.org/drawingml/2006/picture">
            <wp:extent cx="10692000" cy="756000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20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75600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6838" w:h="11906" w:orient="landscape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Relationship Id="rId27" Type="http://schemas.openxmlformats.org/officeDocument/2006/relationships/image" Target="media/image19.jpg"/><Relationship Id="rId28" Type="http://schemas.openxmlformats.org/officeDocument/2006/relationships/image" Target="media/image20.jpg"/><Relationship Id="rId29" Type="http://schemas.openxmlformats.org/officeDocument/2006/relationships/image" Target="media/image2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