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0692000" cy="75239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h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23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10692000" cy="752399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h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23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10692000" cy="752399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h2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23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10692000" cy="752399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h3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23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10692000" cy="752399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h4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23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10692000" cy="752399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h5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23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10692000" cy="7523999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h6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23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10692000" cy="7523999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h7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23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10692000" cy="7523999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h8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23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10692000" cy="7523999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h9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23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10692000" cy="7523999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h10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23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10692000" cy="7523999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h11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23999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6838" w:h="11906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